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Gebze Technical University  |  CSE107  |  Fall 2026</w:t>
      </w:r>
    </w:p>
    <w:p>
      <w:pPr>
        <w:pStyle w:val="Title"/>
      </w:pPr>
      <w:r>
        <w:t>Lab 1 report worksheet</w:t>
      </w:r>
    </w:p>
    <w:p>
      <w:pPr>
        <w:pStyle w:val="Subtitle"/>
      </w:pPr>
      <w:r>
        <w:t>Files and paths on Ubuntu</w:t>
      </w:r>
    </w:p>
    <w:p>
      <w:r>
        <w:t>Report on the work you completed during the lab. Due the following week; exact date, time and submission format will be announced on Teams. Suggested writing time: 15–25 minutes.</w:t>
      </w:r>
    </w:p>
    <w:p>
      <w:r>
        <w:t>Name: __________________________   Student ID: __________________</w:t>
        <w:br/>
        <w:t>Group: __________   Lab date: __________________</w:t>
      </w:r>
    </w:p>
    <w:p>
      <w:r>
        <w:t>Type in the answer spaces; they expand as needed. If printing, use the spaces provided.</w:t>
      </w:r>
    </w:p>
    <w:p>
      <w:r>
        <w:t>Ubuntu version if known: ______________________________</w:t>
      </w:r>
    </w:p>
    <w:p>
      <w:pPr>
        <w:pStyle w:val="Heading1"/>
      </w:pPr>
      <w:r>
        <w:t>1 Workspace and result</w:t>
      </w:r>
    </w:p>
    <w:p>
      <w:r>
        <w:t>My workspace absolute path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93"/>
      </w:tblGrid>
      <w:tr>
        <w:trPr>
          <w:trHeight w:val="576" w:hRule="atLeast"/>
        </w:trPr>
        <w:tc>
          <w:tcPr>
            <w:tcW w:type="dxa" w:w="9893"/>
          </w:tcPr>
          <w:p>
            <w:r/>
          </w:p>
        </w:tc>
      </w:tr>
    </w:tbl>
    <w:p>
      <w:pPr>
        <w:spacing w:after="0"/>
      </w:pPr>
    </w:p>
    <w:p>
      <w:r>
        <w:t>What did you move? Give its original path and destination path.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93"/>
      </w:tblGrid>
      <w:tr>
        <w:trPr>
          <w:trHeight w:val="1008" w:hRule="atLeast"/>
        </w:trPr>
        <w:tc>
          <w:tcPr>
            <w:tcW w:type="dxa" w:w="9893"/>
          </w:tcPr>
          <w:p>
            <w:r/>
          </w:p>
        </w:tc>
      </w:tr>
    </w:tbl>
    <w:p>
      <w:pPr>
        <w:spacing w:after="0"/>
      </w:pPr>
    </w:p>
    <w:p>
      <w:pPr>
        <w:pStyle w:val="Heading1"/>
      </w:pPr>
      <w:r>
        <w:t>2 Evidence from the session</w:t>
      </w:r>
    </w:p>
    <w:p>
      <w:r>
        <w:t>Record a short command/output excerpt or a specific observation for each check.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98"/>
        <w:gridCol w:w="3298"/>
        <w:gridCol w:w="3298"/>
      </w:tblGrid>
      <w:tr>
        <w:trPr>
          <w:tblHeader/>
          <w:cantSplit/>
        </w:trPr>
        <w:tc>
          <w:tcPr>
            <w:tcW w:type="dxa" w:w="3298"/>
          </w:tcPr>
          <w:p>
            <w:r>
              <w:t>Check</w:t>
            </w:r>
          </w:p>
        </w:tc>
        <w:tc>
          <w:tcPr>
            <w:tcW w:type="dxa" w:w="3298"/>
          </w:tcPr>
          <w:p>
            <w:r>
              <w:t>Expected result</w:t>
            </w:r>
          </w:p>
        </w:tc>
        <w:tc>
          <w:tcPr>
            <w:tcW w:type="dxa" w:w="3298"/>
          </w:tcPr>
          <w:p>
            <w:r>
              <w:t>Observed result or evidence</w:t>
            </w:r>
          </w:p>
        </w:tc>
      </w:tr>
      <w:tr>
        <w:trPr>
          <w:trHeight w:val="1224" w:hRule="atLeast"/>
          <w:cantSplit/>
        </w:trPr>
        <w:tc>
          <w:tcPr>
            <w:tcW w:type="dxa" w:w="3298"/>
          </w:tcPr>
          <w:p>
            <w:r>
              <w:t>Corrected Io file</w:t>
            </w:r>
          </w:p>
        </w:tc>
        <w:tc>
          <w:tcPr>
            <w:tcW w:type="dxa" w:w="3298"/>
          </w:tcPr>
          <w:p>
            <w:r>
              <w:t>File in jupiter/io; absent from jupiter/europa</w:t>
            </w:r>
          </w:p>
        </w:tc>
        <w:tc>
          <w:tcPr>
            <w:tcW w:type="dxa" w:w="3298"/>
          </w:tcPr>
          <w:p>
            <w:r/>
          </w:p>
        </w:tc>
      </w:tr>
      <w:tr>
        <w:trPr>
          <w:trHeight w:val="1224" w:hRule="atLeast"/>
          <w:cantSplit/>
        </w:trPr>
        <w:tc>
          <w:tcPr>
            <w:tcW w:type="dxa" w:w="3298"/>
          </w:tcPr>
          <w:p>
            <w:r>
              <w:t>Append operation</w:t>
            </w:r>
          </w:p>
        </w:tc>
        <w:tc>
          <w:tcPr>
            <w:tcW w:type="dxa" w:w="3298"/>
          </w:tcPr>
          <w:p>
            <w:r>
              <w:t>Existing lines retained; new line added</w:t>
            </w:r>
          </w:p>
        </w:tc>
        <w:tc>
          <w:tcPr>
            <w:tcW w:type="dxa" w:w="3298"/>
          </w:tcPr>
          <w:p>
            <w:r/>
          </w:p>
        </w:tc>
      </w:tr>
      <w:tr>
        <w:trPr>
          <w:trHeight w:val="1224" w:hRule="atLeast"/>
          <w:cantSplit/>
        </w:trPr>
        <w:tc>
          <w:tcPr>
            <w:tcW w:type="dxa" w:w="3298"/>
          </w:tcPr>
          <w:p>
            <w:r>
              <w:t>Navigation</w:t>
            </w:r>
          </w:p>
        </w:tc>
        <w:tc>
          <w:tcPr>
            <w:tcW w:type="dxa" w:w="3298"/>
          </w:tcPr>
          <w:p>
            <w:r>
              <w:t>Correct directory reached using a relative path</w:t>
            </w:r>
          </w:p>
        </w:tc>
        <w:tc>
          <w:tcPr>
            <w:tcW w:type="dxa" w:w="3298"/>
          </w:tcPr>
          <w:p>
            <w:r/>
          </w:p>
        </w:tc>
      </w:tr>
    </w:tbl>
    <w:p>
      <w:r>
        <w:t>Attach your folder and evidence.txt as directed on Teams. Short text excerpts are sufficient; omit unrelated screenshots and personal files.</w:t>
      </w:r>
    </w:p>
    <w:p>
      <w:r>
        <w:br w:type="page"/>
      </w:r>
    </w:p>
    <w:p>
      <w:pPr>
        <w:pStyle w:val="Heading1"/>
      </w:pPr>
      <w:r>
        <w:t>3 Explain your results</w:t>
      </w:r>
    </w:p>
    <w:p>
      <w:r>
        <w:t>Starting in planets/jupiter/io, explain how to reach planets/saturn using a relative path.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93"/>
      </w:tblGrid>
      <w:tr>
        <w:trPr>
          <w:trHeight w:val="864" w:hRule="atLeast"/>
        </w:trPr>
        <w:tc>
          <w:tcPr>
            <w:tcW w:type="dxa" w:w="9893"/>
          </w:tcPr>
          <w:p>
            <w:r/>
          </w:p>
        </w:tc>
      </w:tr>
    </w:tbl>
    <w:p>
      <w:pPr>
        <w:spacing w:after="0"/>
      </w:pPr>
    </w:p>
    <w:p>
      <w:r>
        <w:t>Why is &gt;&gt; appropriate for adding a line to a file you want to preserve?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93"/>
      </w:tblGrid>
      <w:tr>
        <w:trPr>
          <w:trHeight w:val="864" w:hRule="atLeast"/>
        </w:trPr>
        <w:tc>
          <w:tcPr>
            <w:tcW w:type="dxa" w:w="9893"/>
          </w:tcPr>
          <w:p>
            <w:r/>
          </w:p>
        </w:tc>
      </w:tr>
    </w:tbl>
    <w:p>
      <w:pPr>
        <w:spacing w:after="0"/>
      </w:pPr>
    </w:p>
    <w:p>
      <w:r>
        <w:t>Show the place-value calculation for binary 11010 and the four-bit representation of decimal 9.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93"/>
      </w:tblGrid>
      <w:tr>
        <w:trPr>
          <w:trHeight w:val="1152" w:hRule="atLeast"/>
        </w:trPr>
        <w:tc>
          <w:tcPr>
            <w:tcW w:type="dxa" w:w="9893"/>
          </w:tcPr>
          <w:p>
            <w:r/>
          </w:p>
        </w:tc>
      </w:tr>
    </w:tbl>
    <w:p>
      <w:pPr>
        <w:spacing w:after="0"/>
      </w:pPr>
    </w:p>
    <w:p>
      <w:pPr>
        <w:pStyle w:val="Heading1"/>
      </w:pPr>
      <w:r>
        <w:t>4 One correction or check</w:t>
      </w:r>
    </w:p>
    <w:p>
      <w:r>
        <w:t>Describe one error and how you verified the correction. If no error occurred, describe a check that could reveal an incorrect result.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93"/>
      </w:tblGrid>
      <w:tr>
        <w:trPr>
          <w:trHeight w:val="1224" w:hRule="atLeast"/>
        </w:trPr>
        <w:tc>
          <w:tcPr>
            <w:tcW w:type="dxa" w:w="9893"/>
          </w:tcPr>
          <w:p>
            <w:r/>
          </w:p>
        </w:tc>
      </w:tr>
    </w:tbl>
    <w:p>
      <w:pPr>
        <w:spacing w:after="0"/>
      </w:pPr>
    </w:p>
    <w:p>
      <w:r>
        <w:t>What remains incomplete, if anything?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93"/>
      </w:tblGrid>
      <w:tr>
        <w:trPr>
          <w:trHeight w:val="576" w:hRule="atLeast"/>
        </w:trPr>
        <w:tc>
          <w:tcPr>
            <w:tcW w:type="dxa" w:w="9893"/>
          </w:tcPr>
          <w:p>
            <w:r/>
          </w:p>
        </w:tc>
      </w:tr>
    </w:tbl>
    <w:p>
      <w:pPr>
        <w:spacing w:after="0"/>
      </w:pPr>
    </w:p>
    <w:p>
      <w:r>
        <w:t>List changes made after the lab, separately from work demonstrated to the TA.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93"/>
      </w:tblGrid>
      <w:tr>
        <w:trPr>
          <w:trHeight w:val="720" w:hRule="atLeast"/>
        </w:trPr>
        <w:tc>
          <w:tcPr>
            <w:tcW w:type="dxa" w:w="9893"/>
          </w:tcPr>
          <w:p>
            <w:r/>
          </w:p>
        </w:tc>
      </w:tr>
    </w:tbl>
    <w:p>
      <w:pPr>
        <w:spacing w:after="0"/>
      </w:pPr>
    </w:p>
    <w:p>
      <w:r>
        <w:t>Record assistance used according to the instructor's announced rules.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93"/>
      </w:tblGrid>
      <w:tr>
        <w:trPr>
          <w:trHeight w:val="720" w:hRule="atLeast"/>
        </w:trPr>
        <w:tc>
          <w:tcPr>
            <w:tcW w:type="dxa" w:w="9893"/>
          </w:tcPr>
          <w:p>
            <w:r/>
          </w:p>
        </w:tc>
      </w:tr>
    </w:tbl>
    <w:p>
      <w:pPr>
        <w:spacing w:after="0"/>
      </w:pPr>
    </w:p>
    <w:sectPr w:rsidR="00FC693F" w:rsidRPr="0006063C" w:rsidSect="00034616">
      <w:pgSz w:w="11909" w:h="16834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93E7A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93E7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1 report worksheet</dc:title>
  <dc:subject/>
  <dc:creator>CSE107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